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1FD83" w14:textId="4D25C699" w:rsidR="00A90CF9" w:rsidRDefault="00A90CF9">
      <w:pPr>
        <w:spacing w:after="120"/>
        <w:jc w:val="center"/>
      </w:pPr>
    </w:p>
    <w:p w14:paraId="42477EA7" w14:textId="7F46EFF7" w:rsidR="00A90CF9" w:rsidRDefault="001F2C1B">
      <w:pPr>
        <w:spacing w:after="40"/>
        <w:jc w:val="center"/>
      </w:pPr>
      <w:r>
        <w:rPr>
          <w:b/>
          <w:sz w:val="28"/>
        </w:rPr>
        <w:t>TÍTULO</w:t>
      </w:r>
      <w:r w:rsidR="00D40789">
        <w:rPr>
          <w:b/>
          <w:sz w:val="28"/>
        </w:rPr>
        <w:t xml:space="preserve"> DO RESUMO EXPANDIDO</w:t>
      </w:r>
    </w:p>
    <w:p w14:paraId="6D5E62F8" w14:textId="77777777" w:rsidR="00A90CF9" w:rsidRDefault="001F2C1B">
      <w:pPr>
        <w:spacing w:after="40" w:line="240" w:lineRule="auto"/>
        <w:jc w:val="center"/>
      </w:pPr>
      <w:r>
        <w:rPr>
          <w:sz w:val="20"/>
        </w:rPr>
        <w:t>Nome Sobrenome¹; Nome Sobrenome²; Nome Sobrenome³; Nome Sobrenome⁴; Nome Sobrenome⁵; Nome Sobrenome⁶; Nome Sobrenome⁷; Nome Sobrenome⁸; Nome do(a) orientador(a)⁹</w:t>
      </w:r>
    </w:p>
    <w:p w14:paraId="5907C8B7" w14:textId="3D40C47B" w:rsidR="00A90CF9" w:rsidRDefault="001F2C1B">
      <w:pPr>
        <w:spacing w:after="160" w:line="240" w:lineRule="auto"/>
        <w:jc w:val="center"/>
        <w:rPr>
          <w:sz w:val="18"/>
        </w:rPr>
      </w:pPr>
      <w:r>
        <w:rPr>
          <w:sz w:val="18"/>
        </w:rPr>
        <w:t>¹Instituição/curso/e-mail; ²Instituição/curso/e-mail; ³Instituição/</w:t>
      </w:r>
      <w:proofErr w:type="spellStart"/>
      <w:r>
        <w:rPr>
          <w:sz w:val="18"/>
        </w:rPr>
        <w:t>curso</w:t>
      </w:r>
      <w:proofErr w:type="spellEnd"/>
      <w:r>
        <w:rPr>
          <w:sz w:val="18"/>
        </w:rPr>
        <w:t>/e-mail; ⁴</w:t>
      </w:r>
      <w:proofErr w:type="spellStart"/>
      <w:r>
        <w:rPr>
          <w:sz w:val="18"/>
        </w:rPr>
        <w:t>Instituição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curso</w:t>
      </w:r>
      <w:proofErr w:type="spellEnd"/>
      <w:r>
        <w:rPr>
          <w:sz w:val="18"/>
        </w:rPr>
        <w:t>/e-mail; ⁵</w:t>
      </w:r>
      <w:proofErr w:type="spellStart"/>
      <w:r>
        <w:rPr>
          <w:sz w:val="18"/>
        </w:rPr>
        <w:t>Instituição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curso</w:t>
      </w:r>
      <w:proofErr w:type="spellEnd"/>
      <w:r>
        <w:rPr>
          <w:sz w:val="18"/>
        </w:rPr>
        <w:t>/e-mail; ⁶</w:t>
      </w:r>
      <w:proofErr w:type="spellStart"/>
      <w:r>
        <w:rPr>
          <w:sz w:val="18"/>
        </w:rPr>
        <w:t>Instituição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curso</w:t>
      </w:r>
      <w:proofErr w:type="spellEnd"/>
      <w:r>
        <w:rPr>
          <w:sz w:val="18"/>
        </w:rPr>
        <w:t>/e-mail; ⁷</w:t>
      </w:r>
      <w:proofErr w:type="spellStart"/>
      <w:r>
        <w:rPr>
          <w:sz w:val="18"/>
        </w:rPr>
        <w:t>Instituição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curso</w:t>
      </w:r>
      <w:proofErr w:type="spellEnd"/>
      <w:r>
        <w:rPr>
          <w:sz w:val="18"/>
        </w:rPr>
        <w:t>/e-mail; ⁸</w:t>
      </w:r>
      <w:proofErr w:type="spellStart"/>
      <w:r>
        <w:rPr>
          <w:sz w:val="18"/>
        </w:rPr>
        <w:t>Instituição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curso</w:t>
      </w:r>
      <w:proofErr w:type="spellEnd"/>
      <w:r>
        <w:rPr>
          <w:sz w:val="18"/>
        </w:rPr>
        <w:t>/e-mail; ⁹</w:t>
      </w:r>
      <w:proofErr w:type="spellStart"/>
      <w:r>
        <w:rPr>
          <w:sz w:val="18"/>
        </w:rPr>
        <w:t>Instituição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curso</w:t>
      </w:r>
      <w:proofErr w:type="spellEnd"/>
      <w:r>
        <w:rPr>
          <w:sz w:val="18"/>
        </w:rPr>
        <w:t>/e-mail</w:t>
      </w:r>
    </w:p>
    <w:p w14:paraId="78BE87E9" w14:textId="77777777" w:rsidR="00D40789" w:rsidRDefault="00D40789">
      <w:pPr>
        <w:spacing w:after="160" w:line="240" w:lineRule="auto"/>
        <w:jc w:val="center"/>
      </w:pPr>
    </w:p>
    <w:p w14:paraId="1AAC01CE" w14:textId="50A01A18" w:rsidR="00A90CF9" w:rsidRDefault="001F2C1B" w:rsidP="00D40789">
      <w:pPr>
        <w:spacing w:before="120" w:after="40" w:line="240" w:lineRule="auto"/>
        <w:jc w:val="both"/>
      </w:pPr>
      <w:r>
        <w:rPr>
          <w:b/>
        </w:rPr>
        <w:t>RESUMO</w:t>
      </w:r>
      <w:r w:rsidR="00D40789">
        <w:rPr>
          <w:b/>
        </w:rPr>
        <w:t xml:space="preserve">: </w:t>
      </w:r>
      <w:r w:rsidR="00D40789" w:rsidRPr="00D40789">
        <w:rPr>
          <w:bCs/>
        </w:rPr>
        <w:t xml:space="preserve">O </w:t>
      </w:r>
      <w:proofErr w:type="spellStart"/>
      <w:r w:rsidR="00D40789" w:rsidRPr="00D40789">
        <w:rPr>
          <w:bCs/>
        </w:rPr>
        <w:t>resumo</w:t>
      </w:r>
      <w:proofErr w:type="spellEnd"/>
      <w:r w:rsidR="00D40789" w:rsidRPr="00D40789">
        <w:rPr>
          <w:bCs/>
        </w:rPr>
        <w:t xml:space="preserve"> simples </w:t>
      </w:r>
      <w:proofErr w:type="spellStart"/>
      <w:r w:rsidR="00D40789" w:rsidRPr="00D40789">
        <w:rPr>
          <w:bCs/>
        </w:rPr>
        <w:t>caracteriza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uma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síntese</w:t>
      </w:r>
      <w:proofErr w:type="spellEnd"/>
      <w:r w:rsidR="00D40789" w:rsidRPr="00D40789">
        <w:rPr>
          <w:bCs/>
        </w:rPr>
        <w:t xml:space="preserve"> do </w:t>
      </w:r>
      <w:proofErr w:type="spellStart"/>
      <w:r w:rsidR="00D40789" w:rsidRPr="00D40789">
        <w:rPr>
          <w:bCs/>
        </w:rPr>
        <w:t>artigo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produzido</w:t>
      </w:r>
      <w:proofErr w:type="spellEnd"/>
      <w:r w:rsidR="00D40789" w:rsidRPr="00D40789">
        <w:rPr>
          <w:bCs/>
        </w:rPr>
        <w:t xml:space="preserve">. </w:t>
      </w:r>
      <w:proofErr w:type="spellStart"/>
      <w:r w:rsidR="00D40789" w:rsidRPr="00D40789">
        <w:rPr>
          <w:bCs/>
        </w:rPr>
        <w:t>Poderá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apresentar</w:t>
      </w:r>
      <w:proofErr w:type="spellEnd"/>
      <w:r w:rsidR="00D40789" w:rsidRPr="00D40789">
        <w:rPr>
          <w:bCs/>
        </w:rPr>
        <w:t xml:space="preserve"> as </w:t>
      </w:r>
      <w:proofErr w:type="spellStart"/>
      <w:r w:rsidR="00D40789" w:rsidRPr="00D40789">
        <w:rPr>
          <w:bCs/>
        </w:rPr>
        <w:t>principais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informações</w:t>
      </w:r>
      <w:proofErr w:type="spellEnd"/>
      <w:r w:rsidR="00D40789" w:rsidRPr="00D40789">
        <w:rPr>
          <w:bCs/>
        </w:rPr>
        <w:t xml:space="preserve"> da </w:t>
      </w:r>
      <w:proofErr w:type="spellStart"/>
      <w:r w:rsidR="00D40789" w:rsidRPr="00D40789">
        <w:rPr>
          <w:bCs/>
        </w:rPr>
        <w:t>pesquisa</w:t>
      </w:r>
      <w:proofErr w:type="spellEnd"/>
      <w:r w:rsidR="00D40789" w:rsidRPr="00D40789">
        <w:rPr>
          <w:bCs/>
        </w:rPr>
        <w:t xml:space="preserve">, e para </w:t>
      </w:r>
      <w:proofErr w:type="spellStart"/>
      <w:r w:rsidR="00D40789" w:rsidRPr="00D40789">
        <w:rPr>
          <w:bCs/>
        </w:rPr>
        <w:t>isso</w:t>
      </w:r>
      <w:proofErr w:type="spellEnd"/>
      <w:r w:rsidR="00D40789" w:rsidRPr="00D40789">
        <w:rPr>
          <w:bCs/>
        </w:rPr>
        <w:t xml:space="preserve">, </w:t>
      </w:r>
      <w:proofErr w:type="spellStart"/>
      <w:r w:rsidR="00D40789" w:rsidRPr="00D40789">
        <w:rPr>
          <w:bCs/>
        </w:rPr>
        <w:t>deverá</w:t>
      </w:r>
      <w:proofErr w:type="spellEnd"/>
      <w:r w:rsidR="00D40789" w:rsidRPr="00D40789">
        <w:rPr>
          <w:bCs/>
        </w:rPr>
        <w:t xml:space="preserve"> ser </w:t>
      </w:r>
      <w:proofErr w:type="spellStart"/>
      <w:r w:rsidR="00D40789" w:rsidRPr="00D40789">
        <w:rPr>
          <w:bCs/>
        </w:rPr>
        <w:t>formatado</w:t>
      </w:r>
      <w:proofErr w:type="spellEnd"/>
      <w:r w:rsidR="00D40789" w:rsidRPr="00D40789">
        <w:rPr>
          <w:bCs/>
        </w:rPr>
        <w:t xml:space="preserve"> com base </w:t>
      </w:r>
      <w:proofErr w:type="spellStart"/>
      <w:r w:rsidR="00D40789" w:rsidRPr="00D40789">
        <w:rPr>
          <w:bCs/>
        </w:rPr>
        <w:t>nas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seguintes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orientações</w:t>
      </w:r>
      <w:proofErr w:type="spellEnd"/>
      <w:r w:rsidR="00D40789" w:rsidRPr="00D40789">
        <w:rPr>
          <w:bCs/>
        </w:rPr>
        <w:t xml:space="preserve">: </w:t>
      </w:r>
      <w:proofErr w:type="spellStart"/>
      <w:r w:rsidR="00D40789" w:rsidRPr="00D40789">
        <w:rPr>
          <w:bCs/>
        </w:rPr>
        <w:t>parágrafo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único</w:t>
      </w:r>
      <w:proofErr w:type="spellEnd"/>
      <w:r w:rsidR="00D40789" w:rsidRPr="00D40789">
        <w:rPr>
          <w:bCs/>
        </w:rPr>
        <w:t xml:space="preserve">, de 100 a 250 </w:t>
      </w:r>
      <w:proofErr w:type="spellStart"/>
      <w:r w:rsidR="00D40789" w:rsidRPr="00D40789">
        <w:rPr>
          <w:bCs/>
        </w:rPr>
        <w:t>palavras</w:t>
      </w:r>
      <w:proofErr w:type="spellEnd"/>
      <w:r w:rsidR="00D40789" w:rsidRPr="00D40789">
        <w:rPr>
          <w:bCs/>
        </w:rPr>
        <w:t xml:space="preserve">, </w:t>
      </w:r>
      <w:proofErr w:type="spellStart"/>
      <w:r w:rsidR="00D40789" w:rsidRPr="00D40789">
        <w:rPr>
          <w:bCs/>
        </w:rPr>
        <w:t>texto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justificado</w:t>
      </w:r>
      <w:proofErr w:type="spellEnd"/>
      <w:r w:rsidR="00D40789" w:rsidRPr="00D40789">
        <w:rPr>
          <w:bCs/>
        </w:rPr>
        <w:t xml:space="preserve">, regular, </w:t>
      </w:r>
      <w:proofErr w:type="spellStart"/>
      <w:r w:rsidR="00D40789" w:rsidRPr="00D40789">
        <w:rPr>
          <w:bCs/>
        </w:rPr>
        <w:t>tamanho</w:t>
      </w:r>
      <w:proofErr w:type="spellEnd"/>
      <w:r w:rsidR="00D40789" w:rsidRPr="00D40789">
        <w:rPr>
          <w:bCs/>
        </w:rPr>
        <w:t xml:space="preserve"> 12, </w:t>
      </w:r>
      <w:proofErr w:type="spellStart"/>
      <w:r w:rsidR="00D40789" w:rsidRPr="00D40789">
        <w:rPr>
          <w:bCs/>
        </w:rPr>
        <w:t>espaçamento</w:t>
      </w:r>
      <w:proofErr w:type="spellEnd"/>
      <w:r w:rsidR="00D40789" w:rsidRPr="00D40789">
        <w:rPr>
          <w:bCs/>
        </w:rPr>
        <w:t xml:space="preserve"> simples, </w:t>
      </w:r>
      <w:proofErr w:type="spellStart"/>
      <w:r w:rsidR="00D40789" w:rsidRPr="00D40789">
        <w:rPr>
          <w:bCs/>
        </w:rPr>
        <w:t>sem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referências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bibliográficas</w:t>
      </w:r>
      <w:proofErr w:type="spellEnd"/>
      <w:r w:rsidR="00D40789" w:rsidRPr="00D40789">
        <w:rPr>
          <w:bCs/>
        </w:rPr>
        <w:t xml:space="preserve">, </w:t>
      </w:r>
      <w:proofErr w:type="spellStart"/>
      <w:r w:rsidR="00D40789" w:rsidRPr="00D40789">
        <w:rPr>
          <w:bCs/>
        </w:rPr>
        <w:t>tabelas</w:t>
      </w:r>
      <w:proofErr w:type="spellEnd"/>
      <w:r w:rsidR="00D40789" w:rsidRPr="00D40789">
        <w:rPr>
          <w:bCs/>
        </w:rPr>
        <w:t xml:space="preserve">, </w:t>
      </w:r>
      <w:proofErr w:type="spellStart"/>
      <w:r w:rsidR="00D40789" w:rsidRPr="00D40789">
        <w:rPr>
          <w:bCs/>
        </w:rPr>
        <w:t>gráficos</w:t>
      </w:r>
      <w:proofErr w:type="spellEnd"/>
      <w:r w:rsidR="00D40789" w:rsidRPr="00D40789">
        <w:rPr>
          <w:bCs/>
        </w:rPr>
        <w:t xml:space="preserve">, </w:t>
      </w:r>
      <w:proofErr w:type="spellStart"/>
      <w:r w:rsidR="00D40789" w:rsidRPr="00D40789">
        <w:rPr>
          <w:bCs/>
        </w:rPr>
        <w:t>citações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ou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destaques</w:t>
      </w:r>
      <w:proofErr w:type="spellEnd"/>
      <w:r w:rsidR="00D40789" w:rsidRPr="00D40789">
        <w:rPr>
          <w:bCs/>
        </w:rPr>
        <w:t xml:space="preserve"> de </w:t>
      </w:r>
      <w:proofErr w:type="spellStart"/>
      <w:r w:rsidR="00D40789" w:rsidRPr="00D40789">
        <w:rPr>
          <w:bCs/>
        </w:rPr>
        <w:t>qualquer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natureza</w:t>
      </w:r>
      <w:proofErr w:type="spellEnd"/>
      <w:r w:rsidR="00D40789" w:rsidRPr="00D40789">
        <w:rPr>
          <w:bCs/>
        </w:rPr>
        <w:t xml:space="preserve">. Nele </w:t>
      </w:r>
      <w:proofErr w:type="spellStart"/>
      <w:r w:rsidR="00D40789" w:rsidRPr="00D40789">
        <w:rPr>
          <w:bCs/>
        </w:rPr>
        <w:t>devem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constar</w:t>
      </w:r>
      <w:proofErr w:type="spellEnd"/>
      <w:r w:rsidR="00D40789" w:rsidRPr="00D40789">
        <w:rPr>
          <w:bCs/>
        </w:rPr>
        <w:t xml:space="preserve">: a </w:t>
      </w:r>
      <w:proofErr w:type="spellStart"/>
      <w:r w:rsidR="00D40789" w:rsidRPr="00D40789">
        <w:rPr>
          <w:bCs/>
        </w:rPr>
        <w:t>síntese</w:t>
      </w:r>
      <w:proofErr w:type="spellEnd"/>
      <w:r w:rsidR="00D40789" w:rsidRPr="00D40789">
        <w:rPr>
          <w:bCs/>
        </w:rPr>
        <w:t xml:space="preserve"> do </w:t>
      </w:r>
      <w:proofErr w:type="spellStart"/>
      <w:r w:rsidR="00D40789" w:rsidRPr="00D40789">
        <w:rPr>
          <w:bCs/>
        </w:rPr>
        <w:t>trabalho</w:t>
      </w:r>
      <w:proofErr w:type="spellEnd"/>
      <w:r w:rsidR="00D40789" w:rsidRPr="00D40789">
        <w:rPr>
          <w:bCs/>
        </w:rPr>
        <w:t xml:space="preserve">, </w:t>
      </w:r>
      <w:proofErr w:type="spellStart"/>
      <w:r w:rsidR="00D40789" w:rsidRPr="00D40789">
        <w:rPr>
          <w:bCs/>
        </w:rPr>
        <w:t>metodologia</w:t>
      </w:r>
      <w:proofErr w:type="spellEnd"/>
      <w:r w:rsidR="00D40789" w:rsidRPr="00D40789">
        <w:rPr>
          <w:bCs/>
        </w:rPr>
        <w:t xml:space="preserve"> e </w:t>
      </w:r>
      <w:proofErr w:type="spellStart"/>
      <w:r w:rsidR="00D40789" w:rsidRPr="00D40789">
        <w:rPr>
          <w:bCs/>
        </w:rPr>
        <w:t>os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principais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resultados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bem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como</w:t>
      </w:r>
      <w:proofErr w:type="spellEnd"/>
      <w:r w:rsidR="00D40789" w:rsidRPr="00D40789">
        <w:rPr>
          <w:bCs/>
        </w:rPr>
        <w:t xml:space="preserve"> as </w:t>
      </w:r>
      <w:proofErr w:type="spellStart"/>
      <w:r w:rsidR="00D40789" w:rsidRPr="00D40789">
        <w:rPr>
          <w:bCs/>
        </w:rPr>
        <w:t>conclusões</w:t>
      </w:r>
      <w:proofErr w:type="spellEnd"/>
      <w:r w:rsidR="00D40789" w:rsidRPr="00D40789">
        <w:rPr>
          <w:bCs/>
        </w:rPr>
        <w:t xml:space="preserve">. As </w:t>
      </w:r>
      <w:proofErr w:type="spellStart"/>
      <w:r w:rsidR="00D40789" w:rsidRPr="00D40789">
        <w:rPr>
          <w:bCs/>
        </w:rPr>
        <w:t>palavras-chave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devem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conter</w:t>
      </w:r>
      <w:proofErr w:type="spellEnd"/>
      <w:r w:rsidR="00D40789" w:rsidRPr="00D40789">
        <w:rPr>
          <w:bCs/>
        </w:rPr>
        <w:t xml:space="preserve"> de 3 (</w:t>
      </w:r>
      <w:proofErr w:type="spellStart"/>
      <w:r w:rsidR="00D40789" w:rsidRPr="00D40789">
        <w:rPr>
          <w:bCs/>
        </w:rPr>
        <w:t>três</w:t>
      </w:r>
      <w:proofErr w:type="spellEnd"/>
      <w:r w:rsidR="00D40789" w:rsidRPr="00D40789">
        <w:rPr>
          <w:bCs/>
        </w:rPr>
        <w:t>) a 5 (</w:t>
      </w:r>
      <w:proofErr w:type="spellStart"/>
      <w:r w:rsidR="00D40789" w:rsidRPr="00D40789">
        <w:rPr>
          <w:bCs/>
        </w:rPr>
        <w:t>cinco</w:t>
      </w:r>
      <w:proofErr w:type="spellEnd"/>
      <w:r w:rsidR="00D40789" w:rsidRPr="00D40789">
        <w:rPr>
          <w:bCs/>
        </w:rPr>
        <w:t xml:space="preserve">) </w:t>
      </w:r>
      <w:proofErr w:type="spellStart"/>
      <w:r w:rsidR="00D40789" w:rsidRPr="00D40789">
        <w:rPr>
          <w:bCs/>
        </w:rPr>
        <w:t>termos</w:t>
      </w:r>
      <w:proofErr w:type="spellEnd"/>
      <w:r w:rsidR="00D40789" w:rsidRPr="00D40789">
        <w:rPr>
          <w:bCs/>
        </w:rPr>
        <w:t xml:space="preserve">, </w:t>
      </w:r>
      <w:proofErr w:type="spellStart"/>
      <w:r w:rsidR="00D40789" w:rsidRPr="00D40789">
        <w:rPr>
          <w:bCs/>
        </w:rPr>
        <w:t>separados</w:t>
      </w:r>
      <w:proofErr w:type="spellEnd"/>
      <w:r w:rsidR="00D40789" w:rsidRPr="00D40789">
        <w:rPr>
          <w:bCs/>
        </w:rPr>
        <w:t xml:space="preserve"> entre </w:t>
      </w:r>
      <w:proofErr w:type="spellStart"/>
      <w:r w:rsidR="00D40789" w:rsidRPr="00D40789">
        <w:rPr>
          <w:bCs/>
        </w:rPr>
        <w:t>si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por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vírgula</w:t>
      </w:r>
      <w:proofErr w:type="spellEnd"/>
      <w:r w:rsidR="00D40789" w:rsidRPr="00D40789">
        <w:rPr>
          <w:bCs/>
        </w:rPr>
        <w:t xml:space="preserve"> e </w:t>
      </w:r>
      <w:proofErr w:type="spellStart"/>
      <w:r w:rsidR="00D40789" w:rsidRPr="00D40789">
        <w:rPr>
          <w:bCs/>
        </w:rPr>
        <w:t>finalizados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por</w:t>
      </w:r>
      <w:proofErr w:type="spellEnd"/>
      <w:r w:rsidR="00D40789" w:rsidRPr="00D40789">
        <w:rPr>
          <w:bCs/>
        </w:rPr>
        <w:t xml:space="preserve"> </w:t>
      </w:r>
      <w:proofErr w:type="spellStart"/>
      <w:r w:rsidR="00D40789" w:rsidRPr="00D40789">
        <w:rPr>
          <w:bCs/>
        </w:rPr>
        <w:t>ponto</w:t>
      </w:r>
      <w:proofErr w:type="spellEnd"/>
      <w:r w:rsidR="00D40789" w:rsidRPr="00D40789">
        <w:rPr>
          <w:bCs/>
        </w:rPr>
        <w:t>.</w:t>
      </w:r>
    </w:p>
    <w:p w14:paraId="53CDEFD6" w14:textId="12EA45E6" w:rsidR="00A90CF9" w:rsidRDefault="00A90CF9">
      <w:pPr>
        <w:spacing w:line="240" w:lineRule="auto"/>
        <w:jc w:val="both"/>
      </w:pPr>
    </w:p>
    <w:p w14:paraId="1E76C0D5" w14:textId="2915DC18" w:rsidR="00A90CF9" w:rsidRDefault="001F2C1B">
      <w:pPr>
        <w:spacing w:before="80" w:line="240" w:lineRule="auto"/>
      </w:pPr>
      <w:r>
        <w:rPr>
          <w:b/>
        </w:rPr>
        <w:t xml:space="preserve">Palavras-chave: </w:t>
      </w:r>
      <w:r>
        <w:t>[</w:t>
      </w:r>
      <w:proofErr w:type="spellStart"/>
      <w:r>
        <w:t>Palavra-chave</w:t>
      </w:r>
      <w:proofErr w:type="spellEnd"/>
      <w:r>
        <w:t xml:space="preserve"> 1]; [</w:t>
      </w:r>
      <w:proofErr w:type="spellStart"/>
      <w:r>
        <w:t>Palavra-chave</w:t>
      </w:r>
      <w:proofErr w:type="spellEnd"/>
      <w:r>
        <w:t xml:space="preserve"> 2]; [</w:t>
      </w:r>
      <w:proofErr w:type="spellStart"/>
      <w:r>
        <w:t>Palavra-chave</w:t>
      </w:r>
      <w:proofErr w:type="spellEnd"/>
      <w:r>
        <w:t xml:space="preserve"> 3].</w:t>
      </w:r>
    </w:p>
    <w:p w14:paraId="46A9423C" w14:textId="77777777" w:rsidR="00D40789" w:rsidRDefault="00D40789">
      <w:pPr>
        <w:spacing w:before="80" w:line="240" w:lineRule="auto"/>
      </w:pPr>
    </w:p>
    <w:p w14:paraId="4CD067EC" w14:textId="77777777" w:rsidR="00A90CF9" w:rsidRDefault="001F2C1B">
      <w:pPr>
        <w:spacing w:before="120" w:after="40" w:line="240" w:lineRule="auto"/>
      </w:pPr>
      <w:r>
        <w:rPr>
          <w:b/>
        </w:rPr>
        <w:t>1 INTRODUÇÃO</w:t>
      </w:r>
    </w:p>
    <w:p w14:paraId="722F9994" w14:textId="2D8808F7" w:rsidR="00A90CF9" w:rsidRDefault="00D40789">
      <w:pPr>
        <w:ind w:firstLine="709"/>
        <w:jc w:val="both"/>
      </w:pPr>
      <w:r>
        <w:t>[</w:t>
      </w:r>
      <w:proofErr w:type="spellStart"/>
      <w:r w:rsidR="001F2C1B">
        <w:t>Contextualizar</w:t>
      </w:r>
      <w:proofErr w:type="spellEnd"/>
      <w:r w:rsidR="001F2C1B">
        <w:t xml:space="preserve"> o </w:t>
      </w:r>
      <w:proofErr w:type="spellStart"/>
      <w:r w:rsidR="001F2C1B">
        <w:t>tema</w:t>
      </w:r>
      <w:proofErr w:type="spellEnd"/>
      <w:r w:rsidR="001F2C1B">
        <w:t xml:space="preserve">, </w:t>
      </w:r>
      <w:proofErr w:type="spellStart"/>
      <w:r w:rsidR="001F2C1B">
        <w:t>apresentar</w:t>
      </w:r>
      <w:proofErr w:type="spellEnd"/>
      <w:r w:rsidR="001F2C1B">
        <w:t xml:space="preserve"> a justificativa e a relevância do estudo e, ao final, explicitar o objetivo. Inserir citações autor-data conforme a ABNT quando necessário.]</w:t>
      </w:r>
    </w:p>
    <w:p w14:paraId="2723C298" w14:textId="77777777" w:rsidR="00A90CF9" w:rsidRDefault="001F2C1B">
      <w:pPr>
        <w:spacing w:before="120" w:after="40" w:line="240" w:lineRule="auto"/>
      </w:pPr>
      <w:r>
        <w:rPr>
          <w:b/>
        </w:rPr>
        <w:t>2 METODOLOGIA</w:t>
      </w:r>
    </w:p>
    <w:p w14:paraId="21ED1690" w14:textId="77777777" w:rsidR="00A90CF9" w:rsidRDefault="001F2C1B">
      <w:pPr>
        <w:ind w:firstLine="709"/>
        <w:jc w:val="both"/>
      </w:pPr>
      <w:r>
        <w:t>[Descrever o local e o período do estudo, os materiais utilizados, o delineamento experimental ou metodológico, os procedimentos de coleta e análise dos dados e os métodos estatísticos, quando aplicável.]</w:t>
      </w:r>
    </w:p>
    <w:p w14:paraId="1F8767E2" w14:textId="77777777" w:rsidR="00A90CF9" w:rsidRDefault="001F2C1B">
      <w:pPr>
        <w:spacing w:before="120" w:after="40" w:line="240" w:lineRule="auto"/>
      </w:pPr>
      <w:r>
        <w:rPr>
          <w:b/>
        </w:rPr>
        <w:t>3 RESULTADOS E DISCUSSÃO</w:t>
      </w:r>
    </w:p>
    <w:p w14:paraId="28A90D37" w14:textId="77777777" w:rsidR="00A90CF9" w:rsidRDefault="001F2C1B">
      <w:pPr>
        <w:ind w:firstLine="709"/>
        <w:jc w:val="both"/>
      </w:pPr>
      <w:r>
        <w:t>[Apresentar os principais resultados de forma objetiva, podendo incluir tabelas, figuras ou gráficos numerados e citados no texto. Interpretar os achados e compará-los com a literatura pertinente, utilizando apenas referências efetivamente citadas.]</w:t>
      </w:r>
    </w:p>
    <w:p w14:paraId="786CAEB9" w14:textId="0256A8EA" w:rsidR="00A90CF9" w:rsidRDefault="001F2C1B">
      <w:pPr>
        <w:spacing w:before="120" w:after="40" w:line="240" w:lineRule="auto"/>
      </w:pPr>
      <w:r>
        <w:rPr>
          <w:b/>
        </w:rPr>
        <w:t xml:space="preserve">4 </w:t>
      </w:r>
      <w:r w:rsidR="00D40789">
        <w:rPr>
          <w:b/>
        </w:rPr>
        <w:t>CONCLUSÃO</w:t>
      </w:r>
    </w:p>
    <w:p w14:paraId="7C77F4CD" w14:textId="67C0D61E" w:rsidR="00A90CF9" w:rsidRDefault="001F2C1B">
      <w:pPr>
        <w:ind w:firstLine="709"/>
        <w:jc w:val="both"/>
      </w:pPr>
      <w:r>
        <w:t>[</w:t>
      </w:r>
      <w:r w:rsidR="00D40789" w:rsidRPr="00D40789">
        <w:t xml:space="preserve">A </w:t>
      </w:r>
      <w:proofErr w:type="spellStart"/>
      <w:r w:rsidR="00D40789" w:rsidRPr="00D40789">
        <w:t>última</w:t>
      </w:r>
      <w:proofErr w:type="spellEnd"/>
      <w:r w:rsidR="00D40789" w:rsidRPr="00D40789">
        <w:t xml:space="preserve"> </w:t>
      </w:r>
      <w:proofErr w:type="spellStart"/>
      <w:r w:rsidR="00D40789" w:rsidRPr="00D40789">
        <w:t>parte</w:t>
      </w:r>
      <w:proofErr w:type="spellEnd"/>
      <w:r w:rsidR="00D40789" w:rsidRPr="00D40789">
        <w:t xml:space="preserve"> do </w:t>
      </w:r>
      <w:proofErr w:type="spellStart"/>
      <w:r w:rsidR="00D40789" w:rsidRPr="00D40789">
        <w:t>trabalho</w:t>
      </w:r>
      <w:proofErr w:type="spellEnd"/>
      <w:r w:rsidR="00D40789" w:rsidRPr="00D40789">
        <w:t xml:space="preserve">, </w:t>
      </w:r>
      <w:proofErr w:type="spellStart"/>
      <w:r w:rsidR="00D40789" w:rsidRPr="00D40789">
        <w:t>também</w:t>
      </w:r>
      <w:proofErr w:type="spellEnd"/>
      <w:r w:rsidR="00D40789" w:rsidRPr="00D40789">
        <w:t xml:space="preserve"> é </w:t>
      </w:r>
      <w:proofErr w:type="spellStart"/>
      <w:r w:rsidR="00D40789" w:rsidRPr="00D40789">
        <w:t>considerada</w:t>
      </w:r>
      <w:proofErr w:type="spellEnd"/>
      <w:r w:rsidR="00D40789" w:rsidRPr="00D40789">
        <w:t xml:space="preserve"> </w:t>
      </w:r>
      <w:proofErr w:type="spellStart"/>
      <w:r w:rsidR="00D40789" w:rsidRPr="00D40789">
        <w:t>uma</w:t>
      </w:r>
      <w:proofErr w:type="spellEnd"/>
      <w:r w:rsidR="00D40789" w:rsidRPr="00D40789">
        <w:t xml:space="preserve"> das </w:t>
      </w:r>
      <w:proofErr w:type="spellStart"/>
      <w:r w:rsidR="00D40789" w:rsidRPr="00D40789">
        <w:t>mais</w:t>
      </w:r>
      <w:proofErr w:type="spellEnd"/>
      <w:r w:rsidR="00D40789" w:rsidRPr="00D40789">
        <w:t xml:space="preserve"> </w:t>
      </w:r>
      <w:proofErr w:type="spellStart"/>
      <w:r w:rsidR="00D40789" w:rsidRPr="00D40789">
        <w:t>importantes</w:t>
      </w:r>
      <w:proofErr w:type="spellEnd"/>
      <w:r w:rsidR="00D40789" w:rsidRPr="00D40789">
        <w:t xml:space="preserve">, tendo </w:t>
      </w:r>
      <w:proofErr w:type="spellStart"/>
      <w:r w:rsidR="00D40789" w:rsidRPr="00D40789">
        <w:t>em</w:t>
      </w:r>
      <w:proofErr w:type="spellEnd"/>
      <w:r w:rsidR="00D40789" w:rsidRPr="00D40789">
        <w:t xml:space="preserve"> vista que </w:t>
      </w:r>
      <w:proofErr w:type="spellStart"/>
      <w:r w:rsidR="00D40789" w:rsidRPr="00D40789">
        <w:t>nesta</w:t>
      </w:r>
      <w:proofErr w:type="spellEnd"/>
      <w:r w:rsidR="00D40789" w:rsidRPr="00D40789">
        <w:t xml:space="preserve"> </w:t>
      </w:r>
      <w:proofErr w:type="spellStart"/>
      <w:r w:rsidR="00D40789" w:rsidRPr="00D40789">
        <w:t>seção</w:t>
      </w:r>
      <w:proofErr w:type="spellEnd"/>
      <w:r w:rsidR="00D40789" w:rsidRPr="00D40789">
        <w:t xml:space="preserve">, </w:t>
      </w:r>
      <w:proofErr w:type="spellStart"/>
      <w:r w:rsidR="00D40789" w:rsidRPr="00D40789">
        <w:t>deverão</w:t>
      </w:r>
      <w:proofErr w:type="spellEnd"/>
      <w:r w:rsidR="00D40789" w:rsidRPr="00D40789">
        <w:t xml:space="preserve"> ser </w:t>
      </w:r>
      <w:proofErr w:type="spellStart"/>
      <w:r w:rsidR="00D40789" w:rsidRPr="00D40789">
        <w:t>dedicados</w:t>
      </w:r>
      <w:proofErr w:type="spellEnd"/>
      <w:r w:rsidR="00D40789" w:rsidRPr="00D40789">
        <w:t xml:space="preserve"> </w:t>
      </w:r>
      <w:proofErr w:type="spellStart"/>
      <w:r w:rsidR="00D40789" w:rsidRPr="00D40789">
        <w:t>alguns</w:t>
      </w:r>
      <w:proofErr w:type="spellEnd"/>
      <w:r w:rsidR="00D40789" w:rsidRPr="00D40789">
        <w:t xml:space="preserve"> </w:t>
      </w:r>
      <w:proofErr w:type="spellStart"/>
      <w:r w:rsidR="00D40789" w:rsidRPr="00D40789">
        <w:t>apontamentos</w:t>
      </w:r>
      <w:proofErr w:type="spellEnd"/>
      <w:r w:rsidR="00D40789" w:rsidRPr="00D40789">
        <w:t xml:space="preserve"> </w:t>
      </w:r>
      <w:proofErr w:type="spellStart"/>
      <w:r w:rsidR="00D40789" w:rsidRPr="00D40789">
        <w:t>sobre</w:t>
      </w:r>
      <w:proofErr w:type="spellEnd"/>
      <w:r w:rsidR="00D40789" w:rsidRPr="00D40789">
        <w:t xml:space="preserve"> as </w:t>
      </w:r>
      <w:proofErr w:type="spellStart"/>
      <w:r w:rsidR="00D40789" w:rsidRPr="00D40789">
        <w:t>principais</w:t>
      </w:r>
      <w:proofErr w:type="spellEnd"/>
      <w:r w:rsidR="00D40789" w:rsidRPr="00D40789">
        <w:t xml:space="preserve"> </w:t>
      </w:r>
      <w:proofErr w:type="spellStart"/>
      <w:r w:rsidR="00D40789" w:rsidRPr="00D40789">
        <w:t>conclusões</w:t>
      </w:r>
      <w:proofErr w:type="spellEnd"/>
      <w:r w:rsidR="00D40789" w:rsidRPr="00D40789">
        <w:t xml:space="preserve"> da </w:t>
      </w:r>
      <w:proofErr w:type="spellStart"/>
      <w:r w:rsidR="00D40789" w:rsidRPr="00D40789">
        <w:t>pesquisa</w:t>
      </w:r>
      <w:proofErr w:type="spellEnd"/>
      <w:r w:rsidR="00D40789" w:rsidRPr="00D40789">
        <w:t xml:space="preserve"> e </w:t>
      </w:r>
      <w:proofErr w:type="spellStart"/>
      <w:r w:rsidR="00D40789" w:rsidRPr="00D40789">
        <w:t>prospecção</w:t>
      </w:r>
      <w:proofErr w:type="spellEnd"/>
      <w:r w:rsidR="00D40789" w:rsidRPr="00D40789">
        <w:t xml:space="preserve"> da </w:t>
      </w:r>
      <w:proofErr w:type="spellStart"/>
      <w:r w:rsidR="00D40789" w:rsidRPr="00D40789">
        <w:t>sua</w:t>
      </w:r>
      <w:proofErr w:type="spellEnd"/>
      <w:r w:rsidR="00D40789" w:rsidRPr="00D40789">
        <w:t xml:space="preserve"> </w:t>
      </w:r>
      <w:proofErr w:type="spellStart"/>
      <w:r w:rsidR="00D40789" w:rsidRPr="00D40789">
        <w:t>aplicação</w:t>
      </w:r>
      <w:proofErr w:type="spellEnd"/>
      <w:r w:rsidR="00D40789" w:rsidRPr="00D40789">
        <w:t xml:space="preserve"> </w:t>
      </w:r>
      <w:proofErr w:type="spellStart"/>
      <w:r w:rsidR="00D40789" w:rsidRPr="00D40789">
        <w:t>empírica</w:t>
      </w:r>
      <w:proofErr w:type="spellEnd"/>
      <w:r w:rsidR="00D40789" w:rsidRPr="00D40789">
        <w:t xml:space="preserve"> para a </w:t>
      </w:r>
      <w:proofErr w:type="spellStart"/>
      <w:r w:rsidR="00D40789" w:rsidRPr="00D40789">
        <w:t>comunidade</w:t>
      </w:r>
      <w:proofErr w:type="spellEnd"/>
      <w:r w:rsidR="00D40789" w:rsidRPr="00D40789">
        <w:t xml:space="preserve"> </w:t>
      </w:r>
      <w:proofErr w:type="spellStart"/>
      <w:r w:rsidR="00D40789" w:rsidRPr="00D40789">
        <w:t>científica</w:t>
      </w:r>
      <w:proofErr w:type="spellEnd"/>
      <w:r w:rsidR="00D40789" w:rsidRPr="00D40789">
        <w:t>.</w:t>
      </w:r>
      <w:r w:rsidR="00D40789">
        <w:t>]</w:t>
      </w:r>
    </w:p>
    <w:p w14:paraId="06D8B9D4" w14:textId="77777777" w:rsidR="00D40789" w:rsidRDefault="00D40789">
      <w:pPr>
        <w:ind w:firstLine="709"/>
        <w:jc w:val="both"/>
      </w:pPr>
    </w:p>
    <w:p w14:paraId="20F75795" w14:textId="77777777" w:rsidR="00A90CF9" w:rsidRDefault="001F2C1B">
      <w:pPr>
        <w:spacing w:before="120" w:after="40" w:line="240" w:lineRule="auto"/>
      </w:pPr>
      <w:r>
        <w:rPr>
          <w:b/>
        </w:rPr>
        <w:t>REFERÊNCIAS</w:t>
      </w:r>
    </w:p>
    <w:p w14:paraId="4BE7B363" w14:textId="59A55147" w:rsidR="00A90CF9" w:rsidRDefault="001F2C1B" w:rsidP="00D40789">
      <w:pPr>
        <w:spacing w:after="120" w:line="240" w:lineRule="auto"/>
        <w:jc w:val="both"/>
      </w:pPr>
      <w:r>
        <w:lastRenderedPageBreak/>
        <w:t>[</w:t>
      </w:r>
      <w:proofErr w:type="spellStart"/>
      <w:r w:rsidR="00D40789" w:rsidRPr="00D40789">
        <w:t>Deverão</w:t>
      </w:r>
      <w:proofErr w:type="spellEnd"/>
      <w:r w:rsidR="00D40789" w:rsidRPr="00D40789">
        <w:t xml:space="preserve"> </w:t>
      </w:r>
      <w:proofErr w:type="spellStart"/>
      <w:r w:rsidR="00D40789" w:rsidRPr="00D40789">
        <w:t>apresentar</w:t>
      </w:r>
      <w:proofErr w:type="spellEnd"/>
      <w:r w:rsidR="00D40789" w:rsidRPr="00D40789">
        <w:t xml:space="preserve"> </w:t>
      </w:r>
      <w:proofErr w:type="spellStart"/>
      <w:r w:rsidR="00D40789" w:rsidRPr="00D40789">
        <w:t>apenas</w:t>
      </w:r>
      <w:proofErr w:type="spellEnd"/>
      <w:r w:rsidR="00D40789" w:rsidRPr="00D40789">
        <w:t xml:space="preserve"> as </w:t>
      </w:r>
      <w:proofErr w:type="spellStart"/>
      <w:r w:rsidR="00D40789" w:rsidRPr="00D40789">
        <w:t>referências</w:t>
      </w:r>
      <w:proofErr w:type="spellEnd"/>
      <w:r w:rsidR="00D40789" w:rsidRPr="00D40789">
        <w:t xml:space="preserve"> </w:t>
      </w:r>
      <w:proofErr w:type="spellStart"/>
      <w:r w:rsidR="00D40789" w:rsidRPr="00D40789">
        <w:t>utilizadas</w:t>
      </w:r>
      <w:proofErr w:type="spellEnd"/>
      <w:r w:rsidR="00D40789" w:rsidRPr="00D40789">
        <w:t xml:space="preserve"> no </w:t>
      </w:r>
      <w:proofErr w:type="spellStart"/>
      <w:r w:rsidR="00D40789" w:rsidRPr="00D40789">
        <w:t>texto</w:t>
      </w:r>
      <w:proofErr w:type="spellEnd"/>
      <w:r w:rsidR="00D40789" w:rsidRPr="00D40789">
        <w:t xml:space="preserve">. As </w:t>
      </w:r>
      <w:proofErr w:type="spellStart"/>
      <w:r w:rsidR="00D40789" w:rsidRPr="00D40789">
        <w:t>referências</w:t>
      </w:r>
      <w:proofErr w:type="spellEnd"/>
      <w:r w:rsidR="00D40789" w:rsidRPr="00D40789">
        <w:t xml:space="preserve">, com </w:t>
      </w:r>
      <w:proofErr w:type="spellStart"/>
      <w:r w:rsidR="00D40789" w:rsidRPr="00D40789">
        <w:t>todos</w:t>
      </w:r>
      <w:proofErr w:type="spellEnd"/>
      <w:r w:rsidR="00D40789" w:rsidRPr="00D40789">
        <w:t xml:space="preserve"> </w:t>
      </w:r>
      <w:proofErr w:type="spellStart"/>
      <w:r w:rsidR="00D40789" w:rsidRPr="00D40789">
        <w:t>os</w:t>
      </w:r>
      <w:proofErr w:type="spellEnd"/>
      <w:r w:rsidR="00D40789" w:rsidRPr="00D40789">
        <w:t xml:space="preserve"> dados da </w:t>
      </w:r>
      <w:proofErr w:type="spellStart"/>
      <w:r w:rsidR="00D40789" w:rsidRPr="00D40789">
        <w:t>obra</w:t>
      </w:r>
      <w:proofErr w:type="spellEnd"/>
      <w:r w:rsidR="00D40789" w:rsidRPr="00D40789">
        <w:t xml:space="preserve"> </w:t>
      </w:r>
      <w:proofErr w:type="spellStart"/>
      <w:r w:rsidR="00D40789" w:rsidRPr="00D40789">
        <w:t>citada</w:t>
      </w:r>
      <w:proofErr w:type="spellEnd"/>
      <w:r w:rsidR="00D40789" w:rsidRPr="00D40789">
        <w:t xml:space="preserve">, </w:t>
      </w:r>
      <w:proofErr w:type="spellStart"/>
      <w:r w:rsidR="00D40789" w:rsidRPr="00D40789">
        <w:t>devem</w:t>
      </w:r>
      <w:proofErr w:type="spellEnd"/>
      <w:r w:rsidR="00D40789" w:rsidRPr="00D40789">
        <w:t xml:space="preserve"> </w:t>
      </w:r>
      <w:proofErr w:type="spellStart"/>
      <w:r w:rsidR="00D40789" w:rsidRPr="00D40789">
        <w:t>seguir</w:t>
      </w:r>
      <w:proofErr w:type="spellEnd"/>
      <w:r w:rsidR="00D40789" w:rsidRPr="00D40789">
        <w:t xml:space="preserve"> as </w:t>
      </w:r>
      <w:proofErr w:type="spellStart"/>
      <w:r w:rsidR="00D40789" w:rsidRPr="00D40789">
        <w:t>normas</w:t>
      </w:r>
      <w:proofErr w:type="spellEnd"/>
      <w:r w:rsidR="00D40789" w:rsidRPr="00D40789">
        <w:t xml:space="preserve"> </w:t>
      </w:r>
      <w:proofErr w:type="spellStart"/>
      <w:r w:rsidR="00D40789" w:rsidRPr="00D40789">
        <w:t>atuais</w:t>
      </w:r>
      <w:proofErr w:type="spellEnd"/>
      <w:r w:rsidR="00D40789" w:rsidRPr="00D40789">
        <w:t xml:space="preserve"> e </w:t>
      </w:r>
      <w:proofErr w:type="spellStart"/>
      <w:r w:rsidR="00D40789" w:rsidRPr="00D40789">
        <w:t>em</w:t>
      </w:r>
      <w:proofErr w:type="spellEnd"/>
      <w:r w:rsidR="00D40789" w:rsidRPr="00D40789">
        <w:t xml:space="preserve"> vigor da ABNT. (https://www.normasabnt.org/referencias-bibliograficas/).</w:t>
      </w:r>
      <w:r w:rsidR="00D40789">
        <w:t>]</w:t>
      </w:r>
    </w:p>
    <w:sectPr w:rsidR="00A90CF9" w:rsidSect="00034616">
      <w:headerReference w:type="default" r:id="rId8"/>
      <w:footerReference w:type="default" r:id="rId9"/>
      <w:pgSz w:w="11906" w:h="16838"/>
      <w:pgMar w:top="1417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8E83A" w14:textId="77777777" w:rsidR="00CC48A9" w:rsidRDefault="00CC48A9">
      <w:pPr>
        <w:spacing w:line="240" w:lineRule="auto"/>
      </w:pPr>
      <w:r>
        <w:separator/>
      </w:r>
    </w:p>
  </w:endnote>
  <w:endnote w:type="continuationSeparator" w:id="0">
    <w:p w14:paraId="33D489F0" w14:textId="77777777" w:rsidR="00CC48A9" w:rsidRDefault="00CC48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38331" w14:textId="77777777" w:rsidR="00A90CF9" w:rsidRDefault="001F2C1B">
    <w:pPr>
      <w:pStyle w:val="Rodap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5B1CD0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99E3C" w14:textId="77777777" w:rsidR="00CC48A9" w:rsidRDefault="00CC48A9">
      <w:pPr>
        <w:spacing w:line="240" w:lineRule="auto"/>
      </w:pPr>
      <w:r>
        <w:separator/>
      </w:r>
    </w:p>
  </w:footnote>
  <w:footnote w:type="continuationSeparator" w:id="0">
    <w:p w14:paraId="4CDD5332" w14:textId="77777777" w:rsidR="00CC48A9" w:rsidRDefault="00CC48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A9C7D" w14:textId="433BDF71" w:rsidR="00F25744" w:rsidRDefault="00F25744">
    <w:pPr>
      <w:pStyle w:val="Cabealho"/>
    </w:pPr>
    <w:r>
      <w:rPr>
        <w:noProof/>
      </w:rPr>
      <w:drawing>
        <wp:inline distT="0" distB="0" distL="0" distR="0" wp14:anchorId="216B8E7C" wp14:editId="3F156822">
          <wp:extent cx="5721985" cy="89535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229" b="27252"/>
                  <a:stretch/>
                </pic:blipFill>
                <pic:spPr bwMode="auto">
                  <a:xfrm>
                    <a:off x="0" y="0"/>
                    <a:ext cx="5730146" cy="89662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F847B4D" w14:textId="77777777" w:rsidR="00F25744" w:rsidRDefault="00F2574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2294217">
    <w:abstractNumId w:val="8"/>
  </w:num>
  <w:num w:numId="2" w16cid:durableId="1772629987">
    <w:abstractNumId w:val="6"/>
  </w:num>
  <w:num w:numId="3" w16cid:durableId="1215701319">
    <w:abstractNumId w:val="5"/>
  </w:num>
  <w:num w:numId="4" w16cid:durableId="649821248">
    <w:abstractNumId w:val="4"/>
  </w:num>
  <w:num w:numId="5" w16cid:durableId="1854614282">
    <w:abstractNumId w:val="7"/>
  </w:num>
  <w:num w:numId="6" w16cid:durableId="733360059">
    <w:abstractNumId w:val="3"/>
  </w:num>
  <w:num w:numId="7" w16cid:durableId="363212940">
    <w:abstractNumId w:val="2"/>
  </w:num>
  <w:num w:numId="8" w16cid:durableId="793714055">
    <w:abstractNumId w:val="1"/>
  </w:num>
  <w:num w:numId="9" w16cid:durableId="998003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2C1B"/>
    <w:rsid w:val="00254DE2"/>
    <w:rsid w:val="0029639D"/>
    <w:rsid w:val="00326F90"/>
    <w:rsid w:val="00455354"/>
    <w:rsid w:val="005B1CD0"/>
    <w:rsid w:val="006939EB"/>
    <w:rsid w:val="00855E3A"/>
    <w:rsid w:val="008D2585"/>
    <w:rsid w:val="00A6587C"/>
    <w:rsid w:val="00A90CF9"/>
    <w:rsid w:val="00AA1D8D"/>
    <w:rsid w:val="00AF75DF"/>
    <w:rsid w:val="00B47730"/>
    <w:rsid w:val="00CB0664"/>
    <w:rsid w:val="00CC48A9"/>
    <w:rsid w:val="00D40789"/>
    <w:rsid w:val="00F257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5BAA82"/>
  <w14:defaultImageDpi w14:val="300"/>
  <w15:docId w15:val="{28AF82ED-015F-46F7-B209-2D8D25BB4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1958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2026-10-05T13:48:00Z</dcterms:created>
  <dcterms:modified xsi:type="dcterms:W3CDTF">2026-10-05T13:48:00Z</dcterms:modified>
  <cp:category/>
</cp:coreProperties>
</file>